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/>
          <w:b w:val="0"/>
          <w:i w:val="0"/>
          <w:sz w:val="44"/>
        </w:rPr>
        <w:t>Kristof Polleunis</w:t>
      </w:r>
    </w:p>
    <w:p>
      <w:pPr>
        <w:spacing w:after="0" w:before="0"/>
      </w:pPr>
      <w:r>
        <w:rPr>
          <w:rFonts w:ascii="Arial" w:hAnsi="Arial"/>
          <w:b w:val="0"/>
          <w:i w:val="0"/>
          <w:color w:val="444444"/>
          <w:sz w:val="20"/>
        </w:rPr>
        <w:t>IT &amp; Application Specialist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44444"/>
          <w:sz w:val="16"/>
        </w:rPr>
        <w:t>Software Development · Application Engineering · Technical Support</w:t>
      </w:r>
    </w:p>
    <w:p>
      <w:pPr>
        <w:spacing w:after="0" w:before="0"/>
      </w:pPr>
      <w:r>
        <w:rPr>
          <w:rFonts w:ascii="Arial" w:hAnsi="Arial"/>
          <w:b w:val="0"/>
          <w:i w:val="0"/>
          <w:color w:val="444444"/>
          <w:sz w:val="16"/>
        </w:rPr>
        <w:t>Lommel, Belgium · kristof.polleunis@gmail.com · +32 480 69 04 74 · https://kristof-polleunis.pages.dev</w:t>
      </w:r>
    </w:p>
    <w:p>
      <w:pPr>
        <w:spacing w:after="40" w:before="0"/>
      </w:pPr>
      <w:r>
        <w:rPr>
          <w:rFonts w:ascii="Arial" w:hAnsi="Arial"/>
          <w:b w:val="0"/>
          <w:i w:val="0"/>
          <w:color w:val="444444"/>
          <w:sz w:val="16"/>
        </w:rPr>
        <w:t>Full-time or part-time · on-site or hybrid · Belgium</w:t>
      </w:r>
    </w:p>
    <w:p>
      <w:pPr>
        <w:spacing w:after="80" w:before="0"/>
      </w:pPr>
      <w:r>
        <w:rPr>
          <w:rFonts w:ascii="Arial" w:hAnsi="Arial"/>
          <w:b w:val="0"/>
          <w:i w:val="0"/>
          <w:color w:val="444444"/>
          <w:sz w:val="16"/>
        </w:rPr>
        <w:t>Master of Industrial Engineering (Biochemistry) — Katholieke Hogeschool Limburg</w:t>
      </w:r>
    </w:p>
    <w:p>
      <w:pPr>
        <w:spacing w:after="60" w:before="0"/>
        <w:pBdr>
          <w:bottom w:val="single" w:sz="6" w:space="1" w:color="444444"/>
        </w:pBdr>
      </w:pPr>
    </w:p>
    <w:p>
      <w:pPr>
        <w:spacing w:after="40" w:before="160"/>
      </w:pPr>
      <w:r>
        <w:rPr>
          <w:rFonts w:ascii="Arial" w:hAnsi="Arial"/>
          <w:b/>
          <w:i w:val="0"/>
          <w:caps/>
          <w:sz w:val="20"/>
        </w:rPr>
        <w:t>Profile</w:t>
      </w:r>
    </w:p>
    <w:p>
      <w:pPr>
        <w:spacing w:after="60" w:before="0"/>
        <w:pBdr>
          <w:bottom w:val="single" w:sz="6" w:space="1" w:color="444444"/>
        </w:pBdr>
      </w:pPr>
    </w:p>
    <w:p>
      <w:pPr>
        <w:spacing w:after="40" w:before="0"/>
      </w:pPr>
      <w:r>
        <w:rPr>
          <w:rFonts w:ascii="Arial" w:hAnsi="Arial"/>
          <w:b w:val="0"/>
          <w:i w:val="0"/>
          <w:sz w:val="18"/>
        </w:rPr>
        <w:t>IT professional with experience in web and enterprise application development, medical software support, IT infrastructure and user training.</w:t>
      </w:r>
    </w:p>
    <w:p>
      <w:pPr>
        <w:spacing w:after="40" w:before="0"/>
      </w:pPr>
      <w:r>
        <w:rPr>
          <w:rFonts w:ascii="Arial" w:hAnsi="Arial"/>
          <w:b w:val="0"/>
          <w:i w:val="0"/>
          <w:sz w:val="18"/>
        </w:rPr>
        <w:t>Combines hands-on development with practical troubleshooting, documentation and customer communication.</w:t>
      </w:r>
    </w:p>
    <w:p>
      <w:pPr>
        <w:spacing w:after="40" w:before="0"/>
      </w:pPr>
      <w:r>
        <w:rPr>
          <w:rFonts w:ascii="Arial" w:hAnsi="Arial"/>
          <w:b w:val="0"/>
          <w:i w:val="0"/>
          <w:sz w:val="18"/>
        </w:rPr>
        <w:t>Recently designed, developed and shipped RegexPilot, an independent macOS application built with Rust and Tauri.</w:t>
      </w:r>
    </w:p>
    <w:p>
      <w:pPr>
        <w:spacing w:after="40" w:before="0"/>
      </w:pPr>
      <w:r>
        <w:rPr>
          <w:rFonts w:ascii="Arial" w:hAnsi="Arial"/>
          <w:b w:val="0"/>
          <w:i w:val="0"/>
          <w:sz w:val="18"/>
        </w:rPr>
        <w:t>Also hands-on with Claude, OpenAI and DeepSeek, building AI workflows, agents and reusable skills.</w:t>
      </w:r>
    </w:p>
    <w:p>
      <w:pPr>
        <w:spacing w:after="40" w:before="0"/>
      </w:pPr>
      <w:r>
        <w:rPr>
          <w:rFonts w:ascii="Arial" w:hAnsi="Arial"/>
          <w:b w:val="0"/>
          <w:i w:val="0"/>
          <w:sz w:val="18"/>
        </w:rPr>
        <w:t>Also thinks in English. Lived in Australia and New Zealand for two years.</w:t>
      </w:r>
    </w:p>
    <w:p>
      <w:pPr>
        <w:spacing w:after="40" w:before="160"/>
      </w:pPr>
      <w:r>
        <w:rPr>
          <w:rFonts w:ascii="Arial" w:hAnsi="Arial"/>
          <w:b/>
          <w:i w:val="0"/>
          <w:caps/>
          <w:sz w:val="20"/>
        </w:rPr>
        <w:t>Skills</w:t>
      </w:r>
    </w:p>
    <w:p>
      <w:pPr>
        <w:spacing w:after="60" w:before="0"/>
        <w:pBdr>
          <w:bottom w:val="single" w:sz="6" w:space="1" w:color="444444"/>
        </w:pBdr>
      </w:pPr>
    </w:p>
    <w:p>
      <w:pPr>
        <w:spacing w:after="20"/>
      </w:pPr>
      <w:r>
        <w:rPr>
          <w:rFonts w:ascii="Arial" w:hAnsi="Arial"/>
          <w:b/>
          <w:sz w:val="17"/>
        </w:rPr>
        <w:t xml:space="preserve">Software development: </w:t>
      </w:r>
      <w:r>
        <w:rPr>
          <w:rFonts w:ascii="Arial" w:hAnsi="Arial"/>
          <w:sz w:val="17"/>
        </w:rPr>
        <w:t>PHP, HTML, CSS, ASP, Perl, ColdFusion, SQL Server</w:t>
      </w:r>
    </w:p>
    <w:p>
      <w:pPr>
        <w:spacing w:after="20"/>
      </w:pPr>
      <w:r>
        <w:rPr>
          <w:rFonts w:ascii="Arial" w:hAnsi="Arial"/>
          <w:b/>
          <w:sz w:val="17"/>
        </w:rPr>
        <w:t xml:space="preserve">Modern development: </w:t>
      </w:r>
      <w:r>
        <w:rPr>
          <w:rFonts w:ascii="Arial" w:hAnsi="Arial"/>
          <w:sz w:val="17"/>
        </w:rPr>
        <w:t>Rust, Tauri, AI integration, desktop application development</w:t>
      </w:r>
    </w:p>
    <w:p>
      <w:pPr>
        <w:spacing w:after="20"/>
      </w:pPr>
      <w:r>
        <w:rPr>
          <w:rFonts w:ascii="Arial" w:hAnsi="Arial"/>
          <w:b/>
          <w:sz w:val="17"/>
        </w:rPr>
        <w:t xml:space="preserve">AI &amp; automation: </w:t>
      </w:r>
      <w:r>
        <w:rPr>
          <w:rFonts w:ascii="Arial" w:hAnsi="Arial"/>
          <w:sz w:val="17"/>
        </w:rPr>
        <w:t>Claude, OpenAI, DeepSeek, agent workflows, reusable skills, prompt and tool design</w:t>
      </w:r>
    </w:p>
    <w:p>
      <w:pPr>
        <w:spacing w:after="20"/>
      </w:pPr>
      <w:r>
        <w:rPr>
          <w:rFonts w:ascii="Arial" w:hAnsi="Arial"/>
          <w:b/>
          <w:sz w:val="17"/>
        </w:rPr>
        <w:t xml:space="preserve">Systems: </w:t>
      </w:r>
      <w:r>
        <w:rPr>
          <w:rFonts w:ascii="Arial" w:hAnsi="Arial"/>
          <w:sz w:val="17"/>
        </w:rPr>
        <w:t>Linux, macOS, Unix, IT infrastructure</w:t>
      </w:r>
    </w:p>
    <w:p>
      <w:pPr>
        <w:spacing w:after="20"/>
      </w:pPr>
      <w:r>
        <w:rPr>
          <w:rFonts w:ascii="Arial" w:hAnsi="Arial"/>
          <w:b/>
          <w:sz w:val="17"/>
        </w:rPr>
        <w:t xml:space="preserve">Application engineering: </w:t>
      </w:r>
      <w:r>
        <w:rPr>
          <w:rFonts w:ascii="Arial" w:hAnsi="Arial"/>
          <w:sz w:val="17"/>
        </w:rPr>
        <w:t>Installation, configuration, troubleshooting, implementation, technical support</w:t>
      </w:r>
    </w:p>
    <w:p>
      <w:pPr>
        <w:spacing w:after="20"/>
      </w:pPr>
      <w:r>
        <w:rPr>
          <w:rFonts w:ascii="Arial" w:hAnsi="Arial"/>
          <w:b/>
          <w:sz w:val="17"/>
        </w:rPr>
        <w:t xml:space="preserve">Enterprise applications: </w:t>
      </w:r>
      <w:r>
        <w:rPr>
          <w:rFonts w:ascii="Arial" w:hAnsi="Arial"/>
          <w:sz w:val="17"/>
        </w:rPr>
        <w:t>Intranet platforms, HR applications, billing systems</w:t>
      </w:r>
    </w:p>
    <w:p>
      <w:pPr>
        <w:spacing w:after="20"/>
      </w:pPr>
      <w:r>
        <w:rPr>
          <w:rFonts w:ascii="Arial" w:hAnsi="Arial"/>
          <w:b/>
          <w:sz w:val="17"/>
        </w:rPr>
        <w:t xml:space="preserve">Medical technology: </w:t>
      </w:r>
      <w:r>
        <w:rPr>
          <w:rFonts w:ascii="Arial" w:hAnsi="Arial"/>
          <w:sz w:val="17"/>
        </w:rPr>
        <w:t>SimPlant, 3D dental planning, implant libraries, clinical user support</w:t>
      </w:r>
    </w:p>
    <w:p>
      <w:pPr>
        <w:spacing w:after="20"/>
      </w:pPr>
      <w:r>
        <w:rPr>
          <w:rFonts w:ascii="Arial" w:hAnsi="Arial"/>
          <w:b/>
          <w:sz w:val="17"/>
        </w:rPr>
        <w:t xml:space="preserve">Communication: </w:t>
      </w:r>
      <w:r>
        <w:rPr>
          <w:rFonts w:ascii="Arial" w:hAnsi="Arial"/>
          <w:sz w:val="17"/>
        </w:rPr>
        <w:t>Technical documentation, training, customer support, multilingual collaboration</w:t>
      </w:r>
    </w:p>
    <w:p>
      <w:pPr>
        <w:spacing w:after="40" w:before="160"/>
      </w:pPr>
      <w:r>
        <w:rPr>
          <w:rFonts w:ascii="Arial" w:hAnsi="Arial"/>
          <w:b/>
          <w:i w:val="0"/>
          <w:caps/>
          <w:sz w:val="20"/>
        </w:rPr>
        <w:t>Experience</w:t>
      </w:r>
    </w:p>
    <w:p>
      <w:pPr>
        <w:spacing w:after="60" w:before="0"/>
        <w:pBdr>
          <w:bottom w:val="single" w:sz="6" w:space="1" w:color="444444"/>
        </w:pBdr>
      </w:pPr>
    </w:p>
    <w:p>
      <w:pPr>
        <w:spacing w:before="60" w:after="0"/>
      </w:pPr>
      <w:r>
        <w:rPr>
          <w:b/>
          <w:sz w:val="19"/>
        </w:rPr>
        <w:t>RegexPilot</w:t>
      </w:r>
      <w:r>
        <w:rPr>
          <w:color w:val="444444"/>
          <w:sz w:val="16"/>
        </w:rPr>
        <w:t xml:space="preserve">  2026 — present</w:t>
      </w:r>
    </w:p>
    <w:p>
      <w:pPr>
        <w:spacing w:after="20" w:before="0"/>
      </w:pPr>
      <w:r>
        <w:rPr>
          <w:rFonts w:ascii="Arial" w:hAnsi="Arial"/>
          <w:b w:val="0"/>
          <w:i/>
          <w:sz w:val="17"/>
        </w:rPr>
        <w:t>Independent Software Developer / Founder · Belgium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Designed, built and shipped a macOS visual regex builder using Rust and Tauri.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Integrated AI-assisted drafting with bring-your-own-key and offline local models.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Supports 21 regex engines with live match testing, replacements, unit tests, a pattern library and a two-way VS Code bridge.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Released v1.4 on the Mac App Store; built solo over six months.</w:t>
      </w:r>
    </w:p>
    <w:p>
      <w:pPr>
        <w:spacing w:before="60" w:after="0"/>
      </w:pPr>
      <w:r>
        <w:rPr>
          <w:b/>
          <w:sz w:val="19"/>
        </w:rPr>
        <w:t>Family care</w:t>
      </w:r>
      <w:r>
        <w:rPr>
          <w:color w:val="444444"/>
          <w:sz w:val="16"/>
        </w:rPr>
        <w:t xml:space="preserve">  2014 — present</w:t>
      </w:r>
    </w:p>
    <w:p>
      <w:pPr>
        <w:spacing w:after="20" w:before="0"/>
      </w:pPr>
      <w:r>
        <w:rPr>
          <w:rFonts w:ascii="Arial" w:hAnsi="Arial"/>
          <w:b w:val="0"/>
          <w:i/>
          <w:sz w:val="17"/>
        </w:rPr>
        <w:t>Family Caregiver · Lommel, Belgium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Took a planned career break to provide full-time care for my youngest son, who requires additional support.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Occasional freelance web development and related projects during the care years; completed a full home renovation and returned to independent software development with RegexPilot.</w:t>
      </w:r>
    </w:p>
    <w:p>
      <w:pPr>
        <w:spacing w:before="60" w:after="0"/>
      </w:pPr>
      <w:r>
        <w:rPr>
          <w:b/>
          <w:sz w:val="19"/>
        </w:rPr>
        <w:t>CVOLINO</w:t>
      </w:r>
      <w:r>
        <w:rPr>
          <w:color w:val="444444"/>
          <w:sz w:val="16"/>
        </w:rPr>
        <w:t xml:space="preserve">  2013 — 2014</w:t>
      </w:r>
    </w:p>
    <w:p>
      <w:pPr>
        <w:spacing w:after="20" w:before="0"/>
      </w:pPr>
      <w:r>
        <w:rPr>
          <w:rFonts w:ascii="Arial" w:hAnsi="Arial"/>
          <w:b w:val="0"/>
          <w:i/>
          <w:sz w:val="17"/>
        </w:rPr>
        <w:t>HTML/CSS Trainer · Belgium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Taught HTML and CSS to adult learners, from structure and styling to debugging.</w:t>
      </w:r>
    </w:p>
    <w:p>
      <w:pPr>
        <w:spacing w:before="60" w:after="0"/>
      </w:pPr>
      <w:r>
        <w:rPr>
          <w:b/>
          <w:sz w:val="19"/>
        </w:rPr>
        <w:t>Simply Intense</w:t>
      </w:r>
      <w:r>
        <w:rPr>
          <w:color w:val="444444"/>
          <w:sz w:val="16"/>
        </w:rPr>
        <w:t xml:space="preserve">  2013</w:t>
      </w:r>
    </w:p>
    <w:p>
      <w:pPr>
        <w:spacing w:after="20" w:before="0"/>
      </w:pPr>
      <w:r>
        <w:rPr>
          <w:rFonts w:ascii="Arial" w:hAnsi="Arial"/>
          <w:b w:val="0"/>
          <w:i/>
          <w:sz w:val="17"/>
        </w:rPr>
        <w:t>Freelance ColdFusion Developer · Trinidad &amp; Tobago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Contributed ColdFusion (CFML) development as a freelancer for a Caribbean digital and creative agency.</w:t>
      </w:r>
    </w:p>
    <w:p>
      <w:pPr>
        <w:spacing w:before="60" w:after="0"/>
      </w:pPr>
      <w:r>
        <w:rPr>
          <w:b/>
          <w:sz w:val="19"/>
        </w:rPr>
        <w:t>Resto.be</w:t>
      </w:r>
      <w:r>
        <w:rPr>
          <w:color w:val="444444"/>
          <w:sz w:val="16"/>
        </w:rPr>
        <w:t xml:space="preserve">  2012</w:t>
      </w:r>
    </w:p>
    <w:p>
      <w:pPr>
        <w:spacing w:after="20" w:before="0"/>
      </w:pPr>
      <w:r>
        <w:rPr>
          <w:rFonts w:ascii="Arial" w:hAnsi="Arial"/>
          <w:b w:val="0"/>
          <w:i/>
          <w:sz w:val="17"/>
        </w:rPr>
        <w:t>ColdFusion Developer · Belgium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Hardened the Resto.fr and Resto.lu platforms against SQL and JavaScript injection attacks.</w:t>
      </w:r>
    </w:p>
    <w:p>
      <w:pPr>
        <w:spacing w:before="60" w:after="0"/>
      </w:pPr>
      <w:r>
        <w:rPr>
          <w:b/>
          <w:sz w:val="19"/>
        </w:rPr>
        <w:t>VZW Handicap &amp; ambulante begeleiding</w:t>
      </w:r>
      <w:r>
        <w:rPr>
          <w:color w:val="444444"/>
          <w:sz w:val="16"/>
        </w:rPr>
        <w:t xml:space="preserve">  2011</w:t>
      </w:r>
    </w:p>
    <w:p>
      <w:pPr>
        <w:spacing w:after="20" w:before="0"/>
      </w:pPr>
      <w:r>
        <w:rPr>
          <w:rFonts w:ascii="Arial" w:hAnsi="Arial"/>
          <w:b w:val="0"/>
          <w:i/>
          <w:sz w:val="17"/>
        </w:rPr>
        <w:t>ICT Manager · Belgium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Managed IT infrastructure and support for a non-profit providing guidance to people with disabilities.</w:t>
      </w:r>
    </w:p>
    <w:p>
      <w:pPr>
        <w:spacing w:before="60" w:after="0"/>
      </w:pPr>
      <w:r>
        <w:rPr>
          <w:b/>
          <w:sz w:val="19"/>
        </w:rPr>
        <w:t>Trefpunt Zelfhulp</w:t>
      </w:r>
      <w:r>
        <w:rPr>
          <w:color w:val="444444"/>
          <w:sz w:val="16"/>
        </w:rPr>
        <w:t xml:space="preserve">  2010</w:t>
      </w:r>
    </w:p>
    <w:p>
      <w:pPr>
        <w:spacing w:after="20" w:before="0"/>
      </w:pPr>
      <w:r>
        <w:rPr>
          <w:rFonts w:ascii="Arial" w:hAnsi="Arial"/>
          <w:b w:val="0"/>
          <w:i/>
          <w:sz w:val="17"/>
        </w:rPr>
        <w:t>PHP Developer / Web Application Developer · Belgium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Built an interactive online platform and reporting questionnaire with PHP and MODX.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Designed for users with varying levels of digital confidence.</w:t>
      </w:r>
    </w:p>
    <w:p>
      <w:pPr>
        <w:spacing w:before="60" w:after="0"/>
      </w:pPr>
      <w:r>
        <w:rPr>
          <w:b/>
          <w:sz w:val="19"/>
        </w:rPr>
        <w:t>KU Leuven — Media Centre / CUO</w:t>
      </w:r>
      <w:r>
        <w:rPr>
          <w:color w:val="444444"/>
          <w:sz w:val="16"/>
        </w:rPr>
        <w:t xml:space="preserve">  2008 — 2010</w:t>
      </w:r>
    </w:p>
    <w:p>
      <w:pPr>
        <w:spacing w:after="20" w:before="0"/>
      </w:pPr>
      <w:r>
        <w:rPr>
          <w:rFonts w:ascii="Arial" w:hAnsi="Arial"/>
          <w:b w:val="0"/>
          <w:i/>
          <w:sz w:val="17"/>
        </w:rPr>
        <w:t>ICT Coordinator / Multimedia Trainer · Leuven, Belgium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Managed IT infrastructure, laptops, usability labs and test equipment in the Faculty of Social Sciences.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Delivered multimedia lectures, primarily on website construction.</w:t>
      </w:r>
    </w:p>
    <w:p>
      <w:pPr>
        <w:spacing w:before="60" w:after="0"/>
      </w:pPr>
      <w:r>
        <w:rPr>
          <w:b/>
          <w:sz w:val="19"/>
        </w:rPr>
        <w:t>Materialise</w:t>
      </w:r>
      <w:r>
        <w:rPr>
          <w:color w:val="444444"/>
          <w:sz w:val="16"/>
        </w:rPr>
        <w:t xml:space="preserve">  2006 — 2007</w:t>
      </w:r>
    </w:p>
    <w:p>
      <w:pPr>
        <w:spacing w:after="20" w:before="0"/>
      </w:pPr>
      <w:r>
        <w:rPr>
          <w:rFonts w:ascii="Arial" w:hAnsi="Arial"/>
          <w:b w:val="0"/>
          <w:i/>
          <w:sz w:val="17"/>
        </w:rPr>
        <w:t>Application Engineer / Medical Software Support · Haasrode, Belgium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Maintained SimPlant implant libraries and liaised with implant manufacturers.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Installed, configured and troubleshot 3D dental planning software; supported clinicians and edited the product manual.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Supported product adoption, trials and renewals.</w:t>
      </w:r>
    </w:p>
    <w:p>
      <w:pPr>
        <w:spacing w:before="60" w:after="0"/>
      </w:pPr>
      <w:r>
        <w:rPr>
          <w:b/>
          <w:sz w:val="19"/>
        </w:rPr>
        <w:t>UUNET / WorldCom / Verizon</w:t>
      </w:r>
      <w:r>
        <w:rPr>
          <w:color w:val="444444"/>
          <w:sz w:val="16"/>
        </w:rPr>
        <w:t xml:space="preserve">  2000 — 2005</w:t>
      </w:r>
    </w:p>
    <w:p>
      <w:pPr>
        <w:spacing w:after="20" w:before="0"/>
      </w:pPr>
      <w:r>
        <w:rPr>
          <w:rFonts w:ascii="Arial" w:hAnsi="Arial"/>
          <w:b w:val="0"/>
          <w:i/>
          <w:sz w:val="17"/>
        </w:rPr>
        <w:t>Application Developer · Diegem, Belgium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Developed and rolled out a pan-European intranet and online applications across EMEA, North Africa and the Middle East.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Worked with Unix, Oracle and ColdFusion; applications ranged from HR tools to billing systems.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Coordinated an external development team in India (around 20 people, three principal contacts) and performed analysis and specification for own projects.</w:t>
      </w:r>
    </w:p>
    <w:p>
      <w:pPr>
        <w:spacing w:before="60" w:after="0"/>
      </w:pPr>
      <w:r>
        <w:rPr>
          <w:b/>
          <w:sz w:val="19"/>
        </w:rPr>
        <w:t>Econocom</w:t>
      </w:r>
      <w:r>
        <w:rPr>
          <w:color w:val="444444"/>
          <w:sz w:val="16"/>
        </w:rPr>
        <w:t xml:space="preserve">  1999 — 2000</w:t>
      </w:r>
    </w:p>
    <w:p>
      <w:pPr>
        <w:spacing w:after="20" w:before="0"/>
      </w:pPr>
      <w:r>
        <w:rPr>
          <w:rFonts w:ascii="Arial" w:hAnsi="Arial"/>
          <w:b w:val="0"/>
          <w:i/>
          <w:sz w:val="17"/>
        </w:rPr>
        <w:t>Junior Web Developer / Webmaster · Zaventem, Belgium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Built websites and web applications for clients including INNO and the chocolatier Wittamer.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Worked with PHP, HTML, CSS, ASP, Perl, SQL Server, Flash, Photoshop and Illustrator; maintained the company intranet.</w:t>
      </w:r>
    </w:p>
    <w:p>
      <w:pPr>
        <w:spacing w:after="40" w:before="160"/>
      </w:pPr>
      <w:r>
        <w:rPr>
          <w:rFonts w:ascii="Arial" w:hAnsi="Arial"/>
          <w:b/>
          <w:i w:val="0"/>
          <w:caps/>
          <w:sz w:val="20"/>
        </w:rPr>
        <w:t>Selected project</w:t>
      </w:r>
    </w:p>
    <w:p>
      <w:pPr>
        <w:spacing w:after="60" w:before="0"/>
        <w:pBdr>
          <w:bottom w:val="single" w:sz="6" w:space="1" w:color="444444"/>
        </w:pBdr>
      </w:pPr>
    </w:p>
    <w:p>
      <w:pPr>
        <w:spacing w:after="20" w:before="0"/>
      </w:pPr>
      <w:r>
        <w:rPr>
          <w:rFonts w:ascii="Arial" w:hAnsi="Arial"/>
          <w:b/>
          <w:i w:val="0"/>
          <w:sz w:val="17"/>
        </w:rPr>
        <w:t>RegexPilot — visual regex builder for macOS — https://regexpilot.com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Solo product design and development: Rust, Tauri, macOS, AI integration.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Visual railroad-diagram canvas, 21 authentic regex engines, live testing, unit tests and VS Code integration.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Shipped v1.4 on the Mac App Store.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Supporting 21 engines required normalising syntax, feature support and match semantics across implementations.</w:t>
      </w:r>
    </w:p>
    <w:p>
      <w:pPr>
        <w:spacing w:after="40" w:before="160"/>
      </w:pPr>
      <w:r>
        <w:rPr>
          <w:rFonts w:ascii="Arial" w:hAnsi="Arial"/>
          <w:b/>
          <w:i w:val="0"/>
          <w:caps/>
          <w:sz w:val="20"/>
        </w:rPr>
        <w:t>Education</w:t>
      </w:r>
    </w:p>
    <w:p>
      <w:pPr>
        <w:spacing w:after="60" w:before="0"/>
        <w:pBdr>
          <w:bottom w:val="single" w:sz="6" w:space="1" w:color="444444"/>
        </w:pBdr>
      </w:pPr>
    </w:p>
    <w:p>
      <w:pPr>
        <w:pStyle w:val="ListBullet"/>
        <w:spacing w:after="10"/>
      </w:pPr>
      <w:r>
        <w:rPr>
          <w:rFonts w:ascii="Arial" w:hAnsi="Arial"/>
          <w:sz w:val="17"/>
        </w:rPr>
        <w:t>Master of Industrial Engineering (Biochemistry) — Katholieke Hogeschool Limburg, 1998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Webmaster — VDAB, 1999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ColdFusion fast track — LR Tech, 1999–2000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Active Server Pages 2.0 — BMA, 1999–2000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Linux basics and system administration — Cevora, 2003–2004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PHP — Cevora, 2003–2004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SimPlant — Materialise, 2005–2006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Bedrijfsbeheer — Syntra, 2007–2008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Application developer, mobile applications — Erasmus Hogeschool / VDAB, 2011–2012</w:t>
      </w:r>
    </w:p>
    <w:p>
      <w:pPr>
        <w:spacing w:after="40" w:before="160"/>
      </w:pPr>
      <w:r>
        <w:rPr>
          <w:rFonts w:ascii="Arial" w:hAnsi="Arial"/>
          <w:b/>
          <w:i w:val="0"/>
          <w:caps/>
          <w:sz w:val="20"/>
        </w:rPr>
        <w:t>Languages</w:t>
      </w:r>
    </w:p>
    <w:p>
      <w:pPr>
        <w:spacing w:after="60" w:before="0"/>
        <w:pBdr>
          <w:bottom w:val="single" w:sz="6" w:space="1" w:color="444444"/>
        </w:pBdr>
      </w:pPr>
    </w:p>
    <w:p>
      <w:pPr>
        <w:spacing w:after="20"/>
      </w:pPr>
      <w:r>
        <w:rPr>
          <w:rFonts w:ascii="Arial" w:hAnsi="Arial"/>
          <w:sz w:val="17"/>
        </w:rPr>
        <w:t>Dutch — Fluent</w:t>
      </w:r>
      <w:r>
        <w:t xml:space="preserve">  ·  </w:t>
      </w:r>
      <w:r>
        <w:rPr>
          <w:rFonts w:ascii="Arial" w:hAnsi="Arial"/>
          <w:sz w:val="17"/>
        </w:rPr>
        <w:t>English — Fluent</w:t>
      </w:r>
      <w:r>
        <w:t xml:space="preserve">  ·  </w:t>
      </w:r>
      <w:r>
        <w:rPr>
          <w:rFonts w:ascii="Arial" w:hAnsi="Arial"/>
          <w:sz w:val="17"/>
        </w:rPr>
        <w:t>French — Fluent</w:t>
      </w:r>
      <w:r>
        <w:t xml:space="preserve">  ·  </w:t>
      </w:r>
      <w:r>
        <w:rPr>
          <w:rFonts w:ascii="Arial" w:hAnsi="Arial"/>
          <w:sz w:val="17"/>
        </w:rPr>
        <w:t>German — Advanced understanding</w:t>
      </w:r>
      <w:r>
        <w:t xml:space="preserve">  ·  </w:t>
      </w:r>
      <w:r>
        <w:rPr>
          <w:rFonts w:ascii="Arial" w:hAnsi="Arial"/>
          <w:sz w:val="17"/>
        </w:rPr>
        <w:t>Spanish — Very basic</w:t>
      </w:r>
    </w:p>
    <w:p>
      <w:pPr>
        <w:spacing w:after="40" w:before="160"/>
      </w:pPr>
      <w:r>
        <w:rPr>
          <w:rFonts w:ascii="Arial" w:hAnsi="Arial"/>
          <w:b/>
          <w:i w:val="0"/>
          <w:caps/>
          <w:sz w:val="20"/>
        </w:rPr>
        <w:t>Preferences</w:t>
      </w:r>
    </w:p>
    <w:p>
      <w:pPr>
        <w:spacing w:after="60" w:before="0"/>
        <w:pBdr>
          <w:bottom w:val="single" w:sz="6" w:space="1" w:color="444444"/>
        </w:pBdr>
      </w:pPr>
    </w:p>
    <w:p>
      <w:pPr>
        <w:pStyle w:val="ListBullet"/>
        <w:spacing w:after="10"/>
      </w:pPr>
      <w:r>
        <w:rPr>
          <w:rFonts w:ascii="Arial" w:hAnsi="Arial"/>
          <w:sz w:val="17"/>
        </w:rPr>
        <w:t>Open to full-time and part-time roles.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Belgium; on-site or hybrid.</w:t>
      </w:r>
    </w:p>
    <w:p>
      <w:pPr>
        <w:pStyle w:val="ListBullet"/>
        <w:spacing w:after="10"/>
      </w:pPr>
      <w:r>
        <w:rPr>
          <w:rFonts w:ascii="Arial" w:hAnsi="Arial"/>
          <w:sz w:val="17"/>
        </w:rPr>
        <w:t>Target areas: IT support, application engineering, software development, IT coordination and medical/technical application support.</w:t>
      </w:r>
    </w:p>
    <w:p>
      <w:pPr>
        <w:spacing w:after="40" w:before="120"/>
      </w:pPr>
      <w:r>
        <w:rPr>
          <w:rFonts w:ascii="Arial" w:hAnsi="Arial"/>
          <w:b w:val="0"/>
          <w:i w:val="0"/>
          <w:color w:val="555555"/>
          <w:sz w:val="15"/>
        </w:rPr>
        <w:t>References available on request. This is the ATS-friendly edition of the interactive CV.</w:t>
      </w:r>
    </w:p>
    <w:sectPr w:rsidR="00FC693F" w:rsidRPr="0006063C" w:rsidSect="00034616">
      <w:pgSz w:w="12240" w:h="15840"/>
      <w:pgMar w:top="893" w:right="979" w:bottom="835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2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